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ולזכור את קיצורי המקלדת הנפוצים בעבודה עם קבצים, עיצוב טקסט וניווט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התנהגות קיצור מסוים בתוכנת מחשב לבין בדפדפן 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הניקוד במקלדת העברית ולהקליד מילים מנוקדות בעזרת Alt ימני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שימוש מהיר ויעיל במקלדת לצורך עבודה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קיצורי קבצים ועריכה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 את מה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מדביק טקסט שהועתק או נגזר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מבטל את הפעולה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קיצורי קבצים ועריכה – השלמות והבדלים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Y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קיצורי קבצים ועריכה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Ctrl+Z מבטל את הפעולה האחרונה שעשינו, ואילו Ctrl+Y מחזיר פעולה שביטלנו בטעות.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עיצוב טקסט – זיהוי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מטה אותיות הצידה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עיצוב טקסט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 תחתון)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עיצוב טקסט – נכון או לא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עיצוב טקסט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Ctrl+B מודגש, Ctrl+I נטוי, Ctrl+U קו תחתון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ניווט בין חלונות ובדפדפן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עובר בין החלונות הפתוחים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סוגר את התוכנית או החלון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ניווט בין חלונות ובדפדפן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מחזיקים Alt ולוחצים Tab כדי לעבור בין התוכנות הפתוחות.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Alt+F4 סוגר את התוכנית או החלון הפעיל, לא פותח חדש.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ניווט בין חלונות ובדפדפן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Tab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F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ניווט בין חלונות ובדפדפן – התנהגות בדפדפן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הדף מתרענן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קופצים לשורת הכתובת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ניקוד במקלדת – הכרת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עברית (תקנית)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ניקוד במקלדת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Alt הימני, או Ctrl+Alt יחד, מפעילים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קמץ=ק, פתח=פ, צירי=צ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ניקוד במקלדת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ניקוד במקלדת – השלמת מקש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מסכם ותחרות – זיהוי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Ctrl+C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Ctrl+Z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מסכם ותחרות – מיון לפי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(קבצים ועריכה)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(עיצוב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(חלונות ודפדפן)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מסכם ותחרות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Ctrl+Z מבטל פעולה אחרונה (למשל טעות בכתיבה), Ctrl+Y מחזיר פעולה שבוטלה בטעות.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התאמת קיצורים ופעולות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(העתקת טקסט או קובץ נבחר)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(ביטול הפעולה האחרונה)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(הפיכת טקסט למודגש)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(הוספת קו תחתון לטקסט)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קיצור חוסך זמן ותנועות עכבר, למשל שמירת קובץ מהיר עם Ctrl+S בזמן עבודה על מסמך.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במעבד תמלילים Ctrl+R מיישר פסקה לימין, ובדפדפן אותו קיצור מרענן את הדף. חשוב לדעת באיזו תוכנית עובדים כדי לא לגרום לפעולה לא רצויה.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הכוללת קיצורים מכל הקטגוריות (עריכה, עיצוב, ניווט) ולא רק מקטגוריה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Ctrl+R שמיישר בתוכנה אך מרענן דף בדפדפן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הקלדה נכונה של צירופי ניקוד כמו קמץ, פתח וחיריק עם הסבר קצר על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קבצים ועיצוב, ניווט וניקוד, ולבסוף תחרות מסכמת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תרגול על צירופי ניקוד מורכבים כמו חטפים ונקודת שין/שין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תרגול הקלדה בפועל על מקלדת אמיתית במהלך השיעור ולא רק פתרון על 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מחזור הלימוד כדאי לקיים תחרות כיתתית קצרה כסיכום וחיזוק החומר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קיצורי המקלדת החשובים ביותר, לפי קטגוריות: עריכת קבצים, עיצוב טקסט, ניווט וניקוד. פתרו כל פרק בסדר, ונסו לשנן את הצירופים לפני שתעברו לתרגול הבא. בסיום מומלץ לחזור על כל הקיצורים לפני תחרות או חידון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Y  ·  ו  ·  Tab  ·  F  ·  X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קיצורי קבצים ועריכה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מעתיק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מדביק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גוזר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מדביק טקסט שהועתק או נגזר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מבצע שוב פעולה שבוטלה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מבטל את הפעולה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פותח קובץ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קיצורי קבצים ועריכה – השלמות והבדלים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הקיצור לגזירת טקסט או קובץ נבחר הוא Ctrl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לבצע מחדש פעולה שבוטלה בטעות משתמשים ב-Ctrl +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קיצורי קבצים ועריכה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את ההבדל בין הקיצור Ctrl+Z לבין Ctrl+Y.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עיצוב טקסט – זיהוי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קיצור הופך טקסט למודגש?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קיצור הופך טקסט לנטוי?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הקיצור Ctrl+I?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מדגיש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מטה אותיות הצידה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מוסיף קו תחתון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עיצוב טקסט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Ctrl+I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 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Ctrl+U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מודגש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עיצוב 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עיצוב טקסט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רשמו שלושה קיצורי עיצוב טקסט ואת הפעולה שכל אחד מבצע.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ניווט בין חלונות ובדפדפן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הקיצור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עובר בין החלונות הפתוחים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סוגר את התוכנית הפעילה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פותח לוח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Alt+F4?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סוגר את התוכנית או החלון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מעתיק טקסט מסומן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ניווט בין חלונות ובדפדפן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להשתמש ב-Alt+Tab צריך להחזיק את מקש Alt וללחוץ על Tab.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Alt+F4 פותח חלון חדש במקום לסגור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ניווט בין חלונות ובדפדפן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לעבור בין חלונות פתוחים מחזיקים Alt ולוחצים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קיצור שמחפש מילה בטקסט או בדף אינטרנט הוא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ניווט בין חלונות ובדפדפן – התנהגות בדפדפן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בדפדפן, מה קורה כשלוחצים על Ctrl+R?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הדף מתרענן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נפתח חלון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הדף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בדפדפן, מה קורה כשלוחצים על Ctrl+L?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מרכז את הטקסט בדף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קופצים לשורת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סוגרים את הכרטיסייה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ניקוד במקלדת – הכרת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מקש Alt משתמשים כדי להקליד 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Alt שמאלי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פריסת מקלדת נדרשת כדי שהניקוד יעבוד?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אנגלית (ארה״ב)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עברית (תקנית)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עברית (QWERTY)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ניקוד במקלדת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לנקד גם עם Alt השמאלי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לרוב, לוחצים על האות שהיא האות הראשונה של שם הניקוד.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ניקוד במקלדת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ניקוד במקלדת – השלמת מקש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להקליד את הניקוד חולם לוחצים Alt ימני ועל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תרגול מסכם ותחרות – זיהוי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קיצור משמש להעתקה?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פתיחת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קיצור מבטל את הפעולה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Ctrl+A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תרגול מסכם ותחרות – מיון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חלונות ודפדפן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קבצים ועריכה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Alt+Tab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עיצוב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תרגול מסכם ותחרות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מתי משתמשים ב-Ctrl+Z ומתי ב-Ctrl+Y, ותנו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התאמת קיצורים ופעולות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 + 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הפיכת טקסט למודגש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 + 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הוספת קו תחתון לטקסט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Ctrl + 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ביטול הפעולה האחרונה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Ctrl + 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העתקת טקסט או קובץ נבחר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כדאי להשתמש בקיצורי מקלדת ולא רק בעכבר, ותנו דוגמה אחת מהיומיום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קיצור Ctrl+R מתנהג אחרת במעבד תמלילים לעומת דפדפן. כתבו מה כל אחד עושה, והסבירו למה חשוב לשים לב להקשר שבו מקלידים קיצור.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לרשום לפחות שמונה קיצורים שימושיים מהחוברת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מבין/ה את ההבדל בין קיצור מסוים בתוכנה לבין אותו קיצור בדפדפן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