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ולזכור את קיצורי המקלדת הנפוצים בעבודה עם קבצים, עיצוב טקסט וניווט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ההבדלים בין התנהגות קיצור מסוים בתוכנת מחשב לבין בדפדפן 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שיטת הניקוד במקלדת העברית ולהקליד מילים מנוקדות בעזרת Alt ימני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מיומנות שימוש מהיר ויעיל במקלדת לצורך עבודה דיגיטלית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קיצורי קבצים ועריכה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מעתיק את מה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מדביק טקסט שהועתק או נגזר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מבטל את הפעולה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שומר את הקובץ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בוחר את כל הטקסט או הקבצים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קיצורי קבצים ועריכה – השלמות והבדלים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X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Y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קיצורי קבצים ועריכה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Ctrl+Z מבטל את הפעולה האחרונה שעשינו, ואילו Ctrl+Y מחזיר פעולה שביטלנו בטעות.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את הטקסט, לוחצים Ctrl+C להעתקה, עוברים למסמך השני ולוחצים Ctrl+V להדבקה.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לא לאבד מידע אם המחשב נתקע או נכבה בפתאומיות, שמירה תכופה מונעת אובדן עבודה.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הוא מאפשר למצוא מילה או ביטוי מהר בלי לגלול ידנית על כל הטקסט, וכך חוסך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עיצוב טקסט – זיהוי 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מטה אותיות הצידה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ממרכז את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עיצוב טקסט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(מודגש)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 תחתון)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(יישור לימין (במעבד תמלילים))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(יישור לשמאל (במעבד תמלילים))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עיצוב טקסט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בדפדפן אותו קיצור מרענן את הדף, ולא מיישר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הקיצור משנה משמעות לפי התוכנה הפתוחה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עיצוב טקסט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Ctrl+B מודגש, Ctrl+I נטוי, Ctrl+U קו תחתון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אם מקישים אותו בדפדפן בטעות הדף יתרענן במקום ליישר טקסט, מה שעלול לבלבל או לגרום לאובדן מידע שלא נשמר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כותבים טקסט ורוצים ליישר לשמאל אבל החלון הפעיל הוא הדפדפן, אז נקפוץ לשורת הכתובת בטעות; פתרון – לוודא שהחלון הנכון פעיל לפני השימוש בקיצור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ניווט בין חלונות ובדפדפן – היכרות עם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עובר בין החלונות הפתוחים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סוגר את התוכנית או החלון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ניווט בין חלונות ובדפדפן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מחזיקים Alt ולוחצים Tab כדי לעבור בין התוכנות הפתוחות.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Alt+F4 סוגר את התוכנית או החלון הפעיל, לא פותח חדש.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ניווט בין חלונות ובדפדפן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Tab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F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ניווט בין חלונות ובדפדפן – התנהגות בדפדפן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הדף מתרענן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קופצים לשורת הכתובת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ניקוד במקלדת – הכרת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Alt ימני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עברית (תקנית)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ניקוד במקלדת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Alt הימני, או Ctrl+Alt יחד, מפעילים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קמץ=ק, פתח=פ, צירי=צ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ניקוד במקלדת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(\)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ניקוד במקלדת – השלמת מקש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מסכם ותחרות – זיהוי 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Ctrl+C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Ctrl+Z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מודגש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מסכם ותחרות – מיון לפי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(קבצים ועריכה)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(עיצוב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(חלונות ודפדפן)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(ניקוד במקלדת)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(עיצוב 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מסכם ותחרות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Ctrl+Z מבטל פעולה אחרונה (למשל טעות בכתיבה), Ctrl+Y מחזיר פעולה שבוטלה בטעות.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Ctrl+R – במעבד תמלילים מיישר לימין, ובדפדפן מרענן את הדף.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Ctrl+B להדגשת כותרת, Ctrl+E למירכוז כותרת, Ctrl+U להדגשת מילה חשובה.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מקלידים קודם את האות, לוחצים Alt ימני ומחזיקים, ולוחצים על האות פ כדי להוסיף את הפתח.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התאמת קיצורים ופעולות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(העתקת טקסט או קובץ נבחר)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(ביטול הפעולה האחרונה)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(הפיכת טקסט למודגש)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(הוספת קו תחתון לטקסט)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(מעבר בין חלונות פתוחים)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(סגירת החלון הפעיל)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קיצור חוסך זמן ותנועות עכבר, למשל שמירת קובץ מהיר עם Ctrl+S בזמן עבודה על מסמך.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במעבד תמלילים Ctrl+R מיישר פסקה לימין, ובדפדפן אותו קיצור מרענן את הדף. חשוב לדעת באיזו תוכנית עובדים כדי לא לגרום לפעולה לא רצויה.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שָׁלוֹם רַב – ש: Alt ימני+ש (שוא) ואז Alt ימני+W (שי״ן), ר: Alt ימני+ר, וכן הלאה לפי טבלת הניקוד.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רשימה הכוללת קיצורים מכל הקטגוריות (עריכה, עיצוב, ניווט) ולא רק מקטגוריה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Ctrl+R שמיישר בתוכנה אך מרענן דף בדפדפן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הקלדה נכונה של צירופי ניקוד כמו קמץ, פתח וחיריק עם הסבר קצר על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קבצים ועיצוב, ניווט וניקוד, ולבסוף תחרות מסכמת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תרגול על צירופי ניקוד מורכבים כמו חטפים ונקודת שין/שין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תרגול הקלדה בפועל על מקלדת אמיתית במהלך השיעור ולא רק פתרון על 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מחזור הלימוד כדאי לקיים תחרות כיתתית קצרה כסיכום וחיזוק החומר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קיצורי המקלדת החשובים ביותר, לפי קטגוריות: עריכת קבצים, עיצוב טקסט, ניווט וניקוד. פתרו כל פרק בסדר, ונסו לשנן את הצירופים לפני שתעברו לתרגול הבא. בסיום מומלץ לחזור על כל הקיצורים לפני תחרות או חידון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קיצורי קבצים ועריכה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הקיצור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מעתיק את מה שבחרתם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 את מה שבחרתם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 את מה שבחרתם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הקיצור Ctrl+V?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גוזר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 טקסט שהועתק או נגזר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הקיצור Ctrl+Z?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מבצע שוב פעולה שבוטלה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מבטל את הפעולה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הקיצור Ctrl+S?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 את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מסמן את כל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 מילה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 את התוכנה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הקיצור Ctrl+A?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פותח קובץ שמור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 את כל הטקסט או הקבצים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גוזר 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קיצורי קבצים ועריכה – השלמות והבדלים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הקיצור לגזירת טקסט או קובץ נבחר הוא Ctrl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לבצע מחדש פעולה שבוטלה בטעות משתמשים ב-Ctrl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בתוכנת עריכת טקסט (כמו מעבד תמלילים), הקיצור Ctrl+R מיישר את הפסקה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בדפדפן אינטרנט, הקיצור Ctrl+R לא מיישר טקסט אלא __________ את הדף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קיצורי קבצים ועריכה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ההבדל בין הקיצור Ctrl+Z לבין Ctrl+Y.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שלושה שלבים (עם הקיצורים המתאימים) להעתקת משפט ממסמך אחד והדבקתו במסמך אחר.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ללחוץ Ctrl+S כמה פעמים תוך כדי העבודה ולא רק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הקיצור Ctrl+F שימושי במיוחד בדף אינטרנט ארוך.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עיצוב טקסט – זיהוי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קיצור הופך טקסט למודגש?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קיצור הופך טקסט לנטוי?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הקיצור Ctrl+I?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מדגיש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מטה אותיות הצידה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מוסיף קו תחתון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ממרכז 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הקיצור Ctrl+E במעבד תמלילים?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מיישר לימין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מיישר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ממרכז את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 עיצוב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עיצוב טקסט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 תחתון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יישור לימין (במעבד תמלילים)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יישור לשמאל (במעבד תמלילים)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Ctrl+L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עיצוב טקסט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בדפדפן, הקיצור Ctrl+R תמיד מיישר טקסט לימין בדיוק כמו במעבד תמלילים.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בדפדפן, הקיצור Ctrl+L קופץ לשורת הכתובת במקום ליישר פסקה לשמאל.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עיצוב טקסט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רשמו שלושה קיצורי עיצוב טקסט ואת הפעולה שכל אחד מבצע.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לדעת שהקיצור Ctrl+R פועל אחרת בדפדפן לעומת מעבד תמלילים.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שבו לחיצה בטעות על Ctrl+L בדפדפן במקום במעבד תמלילים תגרום לבעיה, ואיך אפשר להימנע מכך.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ניווט בין חלונות ובדפדפן – היכרות עם הקיצורים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הקיצור Alt+Tab?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עובר בין החלונות הפתוחים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סוגר את התוכנית הפעילה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לוח 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 את הקובץ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הקיצור Alt+F4?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סוגר את התוכנית או החלון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מעתיק טקסט מסומן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מרכז פסקה בדף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ניווט בין חלונות ובדפדפן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להשתמש ב-Alt+Tab צריך להחזיק את מקש Alt וללחוץ על Tab.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Alt+F4 פותח חלון חדש במקום לסגור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ניווט בין חלונות ובדפדפן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לעבור בין חלונות פתוחים מחזיקים Alt ולוחצים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קיצור שמחפש מילה בטקסט או בדף אינטרנט הוא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ניווט בין חלונות ובדפדפן – התנהגות בדפדפן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בדפדפן, מה קורה כשלוחצים על Ctrl+R?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הדף מתרענן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נפתח חלון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הדף נסגר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עוברים לשורת הכתובת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בדפדפן, מה קורה כשלוחצים על Ctrl+L?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מרכז את הטקסט בדף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קופצים לשורת הכתובת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סוגרים את הכרטיסייה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מילה בדף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ניקוד במקלדת – הכרת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מקש Alt משתמשים כדי להקליד 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שמאלי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Shift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פריסת מקלדת נדרשת כדי שהניקוד יעבוד?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 (ארה״ב)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 (תקנית)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 (QWERTY)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ניקוד במקלדת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לנקד גם עם Alt השמאלי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לרוב, לוחצים על האות שהיא האות הראשונה של שם הניקוד.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ניקוד במקלדת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\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ניקוד במקלדת – השלמת מקש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להקליד את הניקוד חולם לוחצים Alt ימני ועל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הניקוד חטף קמץ אינו הולך לפי הכלל הרגיל. כדי להקלידו לוחצים Alt ימני ועל האות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מסכם ותחרות – זיהוי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קיצור משמש להעתקה?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הקיצור Ctrl+S?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פתיחת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קיצור מבטל את הפעולה האחרונה?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הקיצור Ctrl+B בעיצוב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 תחתון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מסכם ותחרות – מיון לפי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חלונות ודפדפן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ניקוד במקלדת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Alt+Tab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עיצוב 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Alt ימני +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עיצוב 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קבצים ועריכה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תרגול מסכם ותחרות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מתי משתמשים ב-Ctrl+Z ומתי ב-Ctrl+Y, ותנו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קיצור שעובד אחרת בדפדפן לעומת מעבד תמלילים, והסבירו את ההבדל.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שלושה קיצורים מקטגוריית עיצוב הטקסט והסבירו מתי כל אחד שימושי בעבודה על מסמך.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פרטו את השלבים להקלדת התנועה פַּתָּח במקלדת עברית.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התאמת קיצורים ופעולות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 + C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סגירת החלון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 + Z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הפיכת טקסט למודגש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 + 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הוספת קו תחתון לטקסט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 + 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העתקת טקסט או קובץ נבחר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Alt + Tab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ביטול הפעולה האחרונה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Alt + F4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מעבר בין חלונות פתוחים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כדאי להשתמש בקיצורי מקלדת ולא רק בעכבר, ותנו דוגמה אחת מהיומיום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קיצור Ctrl+R מתנהג אחרת במעבד תמלילים לעומת דפדפן. כתבו מה כל אחד עושה, והסבירו למה חשוב לשים לב להקשר שבו מקלידים קיצור.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קצר עם לפחות שתי מילים מנוקדות, ולידו ציינו אילו צירופי Alt ימני צריך להקליד כדי ליצור את הניקוד הזה.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לרשום לפחות שמונה קיצורים שימושיים מהחוברת בעל 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מבין/ה את ההבדל בין קיצור מסוים בתוכנה לבין אותו קיצור בדפדפן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להקליד לפחות חמישה סימני ניקוד שונים באמצעות Alt ימני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